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RED PESTO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#vegan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53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xd2t68p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53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raw almonds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oil-packed sun-dried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oil from jar of sun-dried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fresh basil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nutritional yeast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black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a small pan over medium-high heat, and toast the almonds for 4 - 5 minutes, stirring throughout.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toasted almonds and all the remaining ingredients to a food processor, and blend. Enjoy with crackers or as a spread on your favourite sandwich!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