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LAMB &amp; CHICKPEA KOFTAS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43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#grilled #protein-rich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bgjpjk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700 g jar or 2 x 400 g tins of chickpeas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higher-welfare lamb mince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wholewheat tortillas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- 700 g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of mint (30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feta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hot chilli sauce,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