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HEIRLOOM TOMATO SANDWICH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#fresh #sandwich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fj_m4v07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oz ciabatta bread (sliced in half)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slices ripe heirloom tomatoes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kosher salt and fresh cracked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large basil leaf (cut chiffonade)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Place fresh tomatoes on bread.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Drizzle with olive oil, salt and fresh pepper.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Top with basil.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