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MANGO TURMERIC LASSI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#healthy #smoothie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lr1dir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Medjool date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cup frozen mango chunks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 (480ml) unsweetened soy yogurt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unsweetened soy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fresh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turmeric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lemon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all the ingredients to a blender and blend until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Pour into glasses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