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MANGO TURMERIC LASSI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#refreshing #healthy #smoothie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65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bxim0_7n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65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Medjool date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1/2 cup frozen mango chunks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 (480ml) unsweetened soy yogurt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 unsweetened soy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Tbsp fresh ginger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ground turmeric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pinch ground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lemon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Add all the ingredients to a blender and blend until smooth.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Pour into glasses and 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