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WHISKEY SOUR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#cocktail #refreshing #classic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22448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x4_y0w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2244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oz bourbon (60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oz fresh lemon juice (22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oz simple syrup (15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oz egg white (14 g, 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lemon peel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maraschino cherry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Pour the bourbon, fresh lemon juice, simple syrup, and egg white into a cocktail shaker.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Close and shake vigorously.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Strain the drink into a coupe glass.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Garnish with lemon peel and maraschino cherry.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