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CHICKEN POZOLE SOUP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#quick #hearty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gz5txfxt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yellow onion, (chopped (1 1/4 cups))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- 1-5 jalapeños (to taste*), (seeded and 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garlic cloves, (minced (1 Tbsp))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tsp chili powder, (or more 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ground cumin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cups (1440ml) low-sodium chicken broth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(14.5 oz) can petite diced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and freshly ground black pepper, (to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1/2 cups shredded cooked rotisserie chicken ((or left over chicken))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(29 oz) can Mexican Style hominy, (drained and rinsed)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chopped cilantro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fresh lime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small cabbage, (chopped (cut into pieces about 3/4-inch))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shredded monterey jack or cheddar cheese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Tbsp sour cream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avocado, (diced)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oz tortilla chips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olive oil in a large pot over medium-high heat. Add onion and saute 5 minutes then add jalapeños, garlic, chili powder, and cumin and saute 1 minute longer.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Pour in chicken broth, tomatoes and season with salt and pepper to taste.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Bring mixture to a boil then reduce to medium-low, cover and simmer until onions are soft, about 10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Stir in chicken and hominy and heat through, about 1 - 2 minutes. Stir in cilantro and lime juice.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To serve: place a handful of chopped cabbage in serving bowl laddle soup over cabbage, top with grated cheese, diced avocados, sour cream and serve warm with tortilla chips.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