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HAPPY &amp; HEARTY SCOTTISH BROTH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30m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#hearty #stew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1cjeqb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leftover lamb bones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- 200 g leftover cooked lamb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chicken or beef stock cube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- 200 g pearl barley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- 250 g swede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 turnip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carrots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- 250 g potatoes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a Savoy cabbage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 frozen peas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optional: leftover mint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crusty bread, to serve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