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SUNFLOWER SEED CHEESE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#dairy-free #healthy #spread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3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4zis23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3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raw sunflower seeds, (softened (see step 1))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nutritional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refined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tsp white miso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 ((or to taste))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turmeric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soften the sunflower seeds: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make vegan sunflower seed cheese: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