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PETER'S LAMB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93zk99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× hot &amp; fragrant rub (see page 195)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× 400 g tins of quality plum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- 300ml (1.2 cups)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kg leg of lamb, bone out,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of fresh mint and coriander,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natural yoghurt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- 1–2 limes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- 5cm (2-inch) piece of fresh ginger, peeled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onions, peeled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cloves of garlic, peeled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fresh red chillies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coriander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