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LOADED TURKEY CHILI BAKED POTATO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#family-friendly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00507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2kwjo4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005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russet potato (5 1/2 oz each)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kid-friendly turkey chili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reduced fat shredded cheddar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chopped chives or scallions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reduced fat sour cream or Greek yogurt for topping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Poke holes in the potato with a fork, then cook in the microwave using the baked potato setting until potatoes are soft and cooked through (about 8-10 minutes on high for 4 potatoes).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If you don't have a microwave, see oven method for Baked Potatoes.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Either split the potato in half lengthwise down the middle or as I did in the photo, use a fork to pierce the top in an oval shape, then remove the top of each potato.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Top with 1/4 cup shredded cheese, 1/4 cup of turkey chili, and 1 teaspoon of chives.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