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TASTY ROAST TOPSIDE OF BEEF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2h 34m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#roasted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ydxprws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- 1.5 kg higher-welfare topside of beef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baking potatoes (1 kg total)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red onions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bulb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large carrots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head of cauliflower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of flat-leaf parsley (30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red wine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- 350 g ripe mixed-colour tomatoes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