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WATERMELON, JICAMA AND CUCUMBER SALAD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#refreshing #healthy #summer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v3j0fno1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Juice from 1 lime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raw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- 1/8 tsp kosher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Freshly ground black pepper (to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cubed watermelon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peeled and cubed jicama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cucumber (peeled, seeded and cubed)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thinly sliced red onion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oz cubed or crumbled feta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chopped fresh mint leaves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large bowl, whisk together lime juice, olive oil, honey, salt and pepper.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watermelon, jicama, cucumber and red onion to the bowl and toss to coat. Add feta and mint and toss gently.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