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BEEF RENDANG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#slow-cooked #spicy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52445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rydk1txn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52445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onions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large thumb-sized pieces of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cloves of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bunch of fresh coriander (30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- 1–2 fresh red chillies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ground turmeric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ground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- 450 g leftover cooked brisket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x 400 g tin of light coconut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optional: leftover beef gravy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- 480 g basmati rice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chapatis, to serve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lime, to serve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fat-free natural yoghurt, to serve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