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BEEF RENDANG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#slow-cooked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52445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9snaqn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5244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thumb-sized pieces of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bunch of fresh coriander (30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- 1–2 fresh red chillies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ground turmeric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- 450 g leftover cooked brisket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400 g tin of light coconut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leftover beef gravy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- 480 g basmati rice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chapatis, to serve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lime, to serve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fat-free natural yoghurt,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