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POMEGRANATE POPPYSEED VINAIGRETTE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56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s_31wl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5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pomegranate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honey or maple syrup,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poppyseeds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salt and freshly-cracked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all ingredients together in a small bowl until evenly combined. (Or — my favorite — shake them together in a sealed mason jar or salad dressing bottle until evenly combined.) Taste and season with extra salt and pepper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Serve immediately, or refrigerate in a sealed container for up to 1 week.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