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SIMPLE ARRABBIATA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marv61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fresh red chilli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of dried chilli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x 400 g tins of chopped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- 320 g dried spaghetti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fresh baby basil leaves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