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MOTHERSHIP SUNDAY ROAST CHICKEN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#roast #family-meal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g4dmcz9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kg potatoes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sprigs of fresh rosemary1 x 1.8 kg whole free-range chicken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 g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knobs of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orange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sprigs of fresh thyme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heaped tbsp plain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Savoy cabbage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 g frozen peas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