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ARUGULA SALAD WITH BACON, TOMATOES &amp; BUTTERMILK DRESSING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5 min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#quick #healthy #comfort-food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37719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082nf8td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37719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fresh baby arugula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crumbled cooked bacon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cherry or grape tomatoes, sliced in half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red onions, sliced thinly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blue cheese, sliced or crumbled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buttermilk dressing (see below)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cup well-shaken buttermilk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Tbsp. plain Greek yogurt or mayonnaise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Tbsp. cider vinegar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clove garlic, smashed or minced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Tbsp. sugar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- 1/4 tsp. freshly-ground black pepper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1. To Make Salad: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2. Toss ingredients together with dressing until combined.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3. To Make Buttermilk Dressing: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4. Whisk together all ingredients until well-blended.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