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GRILLED CHEESE SANDWICHES WITH SUN-DRIED TOMATO PESTO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#grilled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77965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5fwfzm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77965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(8.5-oz) jar sun-dried tomatoes packed 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crushed red pepper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packed fresh basil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+ 2 tbsp pine nuts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freshly grated Parmigiano-Reggiano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slices Italian bread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softened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Fontina or Gruyere (or any good melting cheese), sliced or grated)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sun-dried tomato pesto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For the Pesto: In the bowl of a food processor fitted with the steel blade, combine the sun-dried tomatoes with their oil, garlic, salt, red pepper flakes, sugar, basil, pine nuts, Parmigiano-Reggiano and 2 tablespoons of water. Pulse, scraping down the sides as necessary, until the mixture is finely puréed.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For the Sandwiches: Spread one side of each slice of bread with butter, then flip over and spread the pesto evenly over the other side of each slice. Heat a large nonstick or cast iron pan over medium heat. Place 4 slices of bread, butter-side-down, in the pan. Divide the cheese evenly over the bread, then top the sandwiches with the remaining bread. Cook until the first side is golden brown, a few minutes. Carefully flip the sandwiches and cook until the cheese is fully melted and the bread is golden brown, a few minutes more. Let cool slightly, then slice the sandwiches in half and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