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SRIRACHA MAYO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#spicy #condiment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95942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trwafm8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95942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 Tbsp vegan mayonnaise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sriracha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Mix together the mayo and sriracha in a bowl, and enjoy!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