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33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95"/>
        <w:gridCol w:w="5940"/>
      </w:tblGrid>
      <w:tr w:rsidR="000D13C7" w14:paraId="10DE93ED" w14:textId="77777777" w:rsidTr="000D13C7">
        <w:tc>
          <w:tcPr>
            <w:tcW w:w="5395" w:type="dxa"/>
          </w:tcPr>
          <w:p w14:paraId="4ED402AD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/>
                <w:sz w:val="52"/>
              </w:rPr>
              <w:t>BLUEBERRY GALETTE</w:t>
            </w:r>
          </w:p>
          <w:p w14:paraId="3677996A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COOK TIME: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25 min</w:t>
            </w:r>
          </w:p>
          <w:p w14:paraId="254546EF" w14:textId="77777777" w:rsidR="000D13C7" w:rsidRPr="00640B18" w:rsidRDefault="000D13C7" w:rsidP="000D13C7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  <w:b/>
                <w:i w:val="0"/>
                <w:caps w:val="0"/>
                <w:sz w:val="20"/>
              </w:rPr>
              <w:t>SOURCE:</w:t>
            </w:r>
            <w:r>
              <w:rPr>
                <w:rFonts w:ascii="Montserrat" w:hAnsi="Montserrat"/>
                <w:b w:val="0"/>
                <w:i w:val="0"/>
                <w:caps w:val="0"/>
                <w:sz w:val="20"/>
              </w:rPr>
              <w:t xml:space="preserve"> </w:t>
            </w:r>
          </w:p>
          <w:p w14:paraId="3B2BECBE" w14:textId="547BA1F3" w:rsidR="000D13C7" w:rsidRDefault="000D13C7" w:rsidP="000D13C7">
            <w:pPr>
              <w:rPr>
                <w:rFonts w:ascii="Montserrat" w:hAnsi="Montserrat"/>
                <w:b/>
                <w:sz w:val="52"/>
              </w:rPr>
            </w:pPr>
            <w:r>
              <w:rPr>
                <w:rFonts w:ascii="Montserrat" w:hAnsi="Montserrat"/>
                <w:b w:val="0"/>
                <w:i/>
                <w:caps w:val="0"/>
                <w:sz w:val="18"/>
              </w:rPr>
              <w:t>#baking #fruit #pie</w:t>
            </w:r>
          </w:p>
        </w:tc>
        <w:tc>
          <w:tcPr>
            <w:tcW w:w="5940" w:type="dxa"/>
          </w:tcPr>
          <w:p w14:paraId="1F2606C6" w14:textId="05F91B23" w:rsidR="000D13C7" w:rsidRPr="000D13C7" w:rsidRDefault="000D13C7">
            <w:pPr>
              <w:rPr>
                <w:rFonts w:ascii="Montserrat" w:hAnsi="Montserrat"/>
                <w:bCs/>
                <w:sz w:val="20"/>
                <w:szCs w:val="20"/>
              </w:rPr>
            </w:pPr>
            <w:r>
              <w:drawing>
                <wp:inline xmlns:a="http://schemas.openxmlformats.org/drawingml/2006/main" xmlns:pic="http://schemas.openxmlformats.org/drawingml/2006/picture">
                  <wp:extent cx="2743200" cy="2056396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tmpq5ndwtj5.jpg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743200" cy="2056396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12D1DCA0" w14:textId="77777777" w:rsidR="005F6824" w:rsidRPr="00640B18" w:rsidRDefault="005F6824">
      <w:pPr>
        <w:rPr>
          <w:rFonts w:ascii="Montserrat" w:hAnsi="Montserrat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320"/>
        <w:gridCol w:w="6312"/>
      </w:tblGrid>
      <w:tr w:rsidR="005F6824" w:rsidRPr="00640B18" w14:paraId="4BF259EE" w14:textId="77777777" w:rsidTr="00D03A1A">
        <w:tc>
          <w:tcPr>
            <w:tcW w:w="4320" w:type="dxa"/>
          </w:tcPr>
          <w:p w14:paraId="4E43035E" w14:textId="77777777" w:rsidR="002F78D0" w:rsidRDefault="002F78D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/>
                <w:bCs/>
                <w:sz w:val="24"/>
                <w:szCs w:val="24"/>
              </w:rPr>
              <w:t>INGREDIENTS</w:t>
            </w:r>
          </w:p>
          <w:p w14:paraId="18099FAC" w14:textId="03A4399E" w:rsidR="005F6824" w:rsidRPr="00640B18" w:rsidRDefault="00000000">
            <w:pPr>
              <w:rPr>
                <w:rFonts w:ascii="Montserrat" w:hAnsi="Montserrat"/>
                <w:b/>
                <w:bCs/>
                <w:sz w:val="24"/>
                <w:szCs w:val="24"/>
              </w:rPr>
            </w:pP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1/2 cups all-purpose flour (300 g, plus more for rolling)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granulated sugar (50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tsp sea salt (1 g, heaping)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cup (240ml) unsalted butter (226 g, frozen)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ice water (60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- 4 cups (960ml) blueberries (750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- 1/4 cup sugar (50 g)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all-purpose flour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lemon zest (15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- 2 tbsp lemon juice (30 mL)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egg</w:t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- 1 tbsp milk</w:t>
              <w:br/>
            </w:r>
          </w:p>
        </w:tc>
        <w:tc>
          <w:tcPr>
            <w:tcW w:w="6312" w:type="dxa"/>
          </w:tcPr>
          <w:p w14:paraId="0EE39ADD" w14:textId="77777777" w:rsidR="003B2301" w:rsidRDefault="00000000">
            <w:pPr>
              <w:rPr>
                <w:rFonts w:ascii="Montserrat" w:hAnsi="Montserrat"/>
                <w:b/>
                <w:bCs/>
              </w:rPr>
            </w:pPr>
            <w:r w:rsidRPr="00640B18">
              <w:rPr>
                <w:rFonts w:ascii="Montserrat" w:hAnsi="Montserrat"/>
                <w:b/>
                <w:bCs/>
              </w:rPr>
              <w:t>PREP</w:t>
            </w:r>
          </w:p>
          <w:p w14:paraId="26D311DC" w14:textId="1A858247" w:rsidR="003B2301" w:rsidRDefault="00000000">
            <w:pPr>
              <w:rPr>
                <w:rFonts w:ascii="Montserrat" w:hAnsi="Montserrat"/>
              </w:rPr>
            </w:pPr>
          </w:p>
          <w:p w14:paraId="082413E8" w14:textId="6B1C5A42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COOK</w:t>
            </w:r>
          </w:p>
          <w:p w14:paraId="4B93E945" w14:textId="67717F0D" w:rsidR="003B2301" w:rsidRDefault="00000000">
            <w:pPr>
              <w:rPr>
                <w:rFonts w:ascii="Montserrat" w:hAnsi="Montserrat"/>
              </w:rPr>
            </w:pP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For the Pastry: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Add the 2 1/2 cups flour, the sugar, and salt into a food processor. Give it a few pulses.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3. Cut COLD butter into tbsp size pieces. Transfer to food processor and pulse until the butter is cut into small lentil-sized clumps.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4. Slowly drizzle in about 1/4 cup of the ice water while pulsing processor. If the mixture doesn't hold together when you squeezer a clump in your hand then add a bit more water and pulse.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5. Transfer dough onto a pastry mat or sheet of plastic wrap and knead 2-3 times just to help it come together a bit. Gently flatten into a one inch-thick disk, and cover in plastic wrap and chill for an hour.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6. Once your pie crust is chilled, preheat oven to 425F and remove the dough from fridge and let it warm up on the counter for a few minutes, this will prevent cracking. Roll our pie crust to about 1/4 of an inch and transfer to a baking sheet.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7. For the Filling: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8. In a bowl, gently stir together the berries, lemon juice, zest, sugar, and flour.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9. For the Assembly: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0. In a small bowl, lightly beat the egg with a tablespoon of cream.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1. Spoon the filling onto the dough, leaving a 2-3 inch (5-8cm) border uncovered around the edge. Fold the edge up and over the filling, forming loose pleats. Brush pastry with egg wash and sprinkle with sugar if desired.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1</w:t>
            </w:r>
            <w:r>
              <w:br/>
            </w:r>
            <w:r>
              <w:rPr>
                <w:rFonts w:ascii="Montserrat" w:hAnsi="Montserrat"/>
                <w:b w:val="0"/>
                <w:i w:val="0"/>
                <w:caps w:val="0"/>
                <w:sz w:val="18"/>
              </w:rPr>
              <w:t>2. Bake at 425F until the filling is bubbling and the pastry is golden brown, about 25 minutes. Cut into wedges and serve.</w:t>
            </w:r>
          </w:p>
          <w:p w14:paraId="34B812B9" w14:textId="77777777" w:rsidR="003B2301" w:rsidRDefault="00000000">
            <w:pPr>
              <w:rPr>
                <w:rFonts w:ascii="Montserrat" w:hAnsi="Montserrat"/>
              </w:rPr>
            </w:pPr>
            <w:r w:rsidRPr="00640B18">
              <w:rPr>
                <w:rFonts w:ascii="Montserrat" w:hAnsi="Montserrat"/>
                <w:b/>
                <w:bCs/>
              </w:rPr>
              <w:t>PLATING</w:t>
            </w:r>
          </w:p>
          <w:p w14:paraId="464766EB" w14:textId="03CB98F8" w:rsidR="005F6824" w:rsidRDefault="00000000">
            <w:pPr>
              <w:rPr>
                <w:rFonts w:ascii="Montserrat" w:hAnsi="Montserrat"/>
              </w:rPr>
            </w:pPr>
          </w:p>
          <w:p w14:paraId="443F5024" w14:textId="446E03C8" w:rsidR="003B2301" w:rsidRPr="00640B18" w:rsidRDefault="003B2301">
            <w:pPr>
              <w:rPr>
                <w:rFonts w:ascii="Montserrat" w:hAnsi="Montserrat"/>
              </w:rPr>
            </w:pPr>
          </w:p>
        </w:tc>
      </w:tr>
    </w:tbl>
    <w:p w14:paraId="2B70EC09" w14:textId="77777777" w:rsidR="005F6824" w:rsidRPr="00640B18" w:rsidRDefault="005F6824">
      <w:pPr>
        <w:rPr>
          <w:rFonts w:ascii="Montserrat" w:hAnsi="Montserrat"/>
        </w:rPr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90"/>
      </w:tblGrid>
      <w:tr w:rsidR="000A7673" w14:paraId="50582224" w14:textId="77777777" w:rsidTr="000A7673">
        <w:tc>
          <w:tcPr>
            <w:tcW w:w="10790" w:type="dxa"/>
          </w:tcPr>
          <w:p w14:paraId="78A440D5" w14:textId="15B8E08A" w:rsidR="000A7673" w:rsidRDefault="000A7673" w:rsidP="000A7673">
            <w:pPr>
              <w:rPr>
                <w:rFonts w:ascii="Montserrat" w:hAnsi="Montserrat"/>
                <w:b/>
                <w:sz w:val="24"/>
              </w:rPr>
            </w:pPr>
          </w:p>
        </w:tc>
      </w:tr>
    </w:tbl>
    <w:p w14:paraId="728D7119" w14:textId="77777777" w:rsidR="000A7673" w:rsidRPr="00D72BB5" w:rsidRDefault="000A7673">
      <w:pPr>
        <w:rPr>
          <w:rFonts w:ascii="Montserrat" w:hAnsi="Montserrat"/>
          <w:b/>
          <w:sz w:val="24"/>
        </w:rPr>
      </w:pPr>
    </w:p>
    <w:sectPr w:rsidR="000A7673" w:rsidRPr="00D72BB5" w:rsidSect="002F78D0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  <w:font w:name="Montserrat">
    <w:panose1 w:val="00000500000000000000"/>
    <w:charset w:val="00"/>
    <w:family w:val="modern"/>
    <w:notTrueType/>
    <w:pitch w:val="variable"/>
    <w:sig w:usb0="2000020F" w:usb1="00000003" w:usb2="00000000" w:usb3="00000000" w:csb0="000001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502621450">
    <w:abstractNumId w:val="8"/>
  </w:num>
  <w:num w:numId="2" w16cid:durableId="1835489650">
    <w:abstractNumId w:val="6"/>
  </w:num>
  <w:num w:numId="3" w16cid:durableId="433062874">
    <w:abstractNumId w:val="5"/>
  </w:num>
  <w:num w:numId="4" w16cid:durableId="1119641605">
    <w:abstractNumId w:val="4"/>
  </w:num>
  <w:num w:numId="5" w16cid:durableId="118232946">
    <w:abstractNumId w:val="7"/>
  </w:num>
  <w:num w:numId="6" w16cid:durableId="4866948">
    <w:abstractNumId w:val="3"/>
  </w:num>
  <w:num w:numId="7" w16cid:durableId="93982235">
    <w:abstractNumId w:val="2"/>
  </w:num>
  <w:num w:numId="8" w16cid:durableId="150996780">
    <w:abstractNumId w:val="1"/>
  </w:num>
  <w:num w:numId="9" w16cid:durableId="69673744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A09B4"/>
    <w:rsid w:val="000A7673"/>
    <w:rsid w:val="000D13C7"/>
    <w:rsid w:val="0015074B"/>
    <w:rsid w:val="0029639D"/>
    <w:rsid w:val="002F78D0"/>
    <w:rsid w:val="00326F90"/>
    <w:rsid w:val="00350C60"/>
    <w:rsid w:val="00374EF6"/>
    <w:rsid w:val="003B2301"/>
    <w:rsid w:val="004A1F16"/>
    <w:rsid w:val="00536B3D"/>
    <w:rsid w:val="005F6824"/>
    <w:rsid w:val="00612B94"/>
    <w:rsid w:val="00640B18"/>
    <w:rsid w:val="00662C62"/>
    <w:rsid w:val="007604C2"/>
    <w:rsid w:val="007A230C"/>
    <w:rsid w:val="00AA1D8D"/>
    <w:rsid w:val="00B47730"/>
    <w:rsid w:val="00CB0664"/>
    <w:rsid w:val="00D03A1A"/>
    <w:rsid w:val="00D72BB5"/>
    <w:rsid w:val="00E4351B"/>
    <w:rsid w:val="00F65BA6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AB7762"/>
  <w14:defaultImageDpi w14:val="300"/>
  <w15:docId w15:val="{DD7AD4EE-7E58-4967-B483-F5B076FCCD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8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22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Chris Eade</cp:lastModifiedBy>
  <cp:revision>13</cp:revision>
  <dcterms:created xsi:type="dcterms:W3CDTF">2025-04-30T06:07:00Z</dcterms:created>
  <dcterms:modified xsi:type="dcterms:W3CDTF">2025-05-02T04:59:00Z</dcterms:modified>
  <cp:category/>
</cp:coreProperties>
</file>