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ALMOND FLOUR THUMBPRINT COOKIES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12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#healthy #cookies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311513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691l59o2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31151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finely ground almond flour (packed)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ghee (softened butter or vegan butter (I used Earth Balance)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maple syrup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jam (homemade or store-bought)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Preheat oven to 350°F (175°C).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Line a baking sheet: Line a baking sheet with parchment paper or use an un-greased baking stone.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Mix dough: Mix almond flour, softened butter, maple syrup, vanilla and salt in a small bowl until a cohesive dough forms. It will seem a little dry at first, but just keep mixing.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Scoop and roll dough: Use a tablespoon to measure out dough and roll each into a ball. Place the ball of dough on your prepared baking sheet and use your thumb or finger to create a thumbprint in the middle of each cookie. Add 1/2-1 teaspoon of jam to the indentation.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Bake cookies: Bake the cookies for 10-12 minutes minutes, until they start to turn golden brown on the bottom.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Cool and enjoy: Remove the cookies from the oven and cool them on the pan for 10 minutes. Transfer them to a rack to cool completely before serving.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To store: Store cookies in an airtight container in your refrigerator for up to 1 week or in an airtight container in the freezer (layered with parchment paper) for up to 3 months.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