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SWEET POTATO &amp; SPINACH FRITTATA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1h 15m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#healthy #comfort-food #quick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atbfxr07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medium sweet potatoes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- 300 g frozen spinach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whole nutmeg, for grating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large free-range eggs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- 70 g feta cheese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- 40 g Cheddar cheese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