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GAZPACHO RECIPE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10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#refreshing #healthy #cold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1827339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tmj1z26t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82733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- 4 to 5 slices stale artisan bread, (crust removed)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Water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- 5 large ripe tomatoes, (about 2 lb)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English cucumber, (peeled, chopped)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celery stalk, (chopped)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green pepper, (cored, seeded, roughly chopped)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green onions, (trimmed, roughly chopped, more for garnish)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garlic cloves, (peeled, roughly chopped)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Extra Virgin Olive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sherry vinegar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Salt and pepper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 cumin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 cayenne pepper, (optional if you like spicy)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Pinch sugar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Small handful fresh mint leaves, (torn or chopped)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Small handful fresh cilantro leaves, (torn or chopped)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Place the bread slices in a bowl with 1/2 cup of water. Let the bread soak while you work on the tomatoes. Squeeze the bread to ring out any water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Place the tomatoes in a large pot of boiling water for 40 seconds or so. With a slotted spoon, remove the tomatoes from the boiling water and let them cool for about a minute or so. When they are cool enough to handle, gently peel the skins off.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In a large food processor or blender, place the tomatoes with the cucumbers, celery, bell peppers, green onions and garlic. Top with the soaked bread. Pour 1/2 cup extra virgin olive oil and the sherry vinegar. Run the processor for a few seconds then add the salt, pepper, cumin, cayenne pepper (optional) and a pinch of sugar; blend.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Test the gazpacho and if it's too thick, add a little water and blend again until you reach the desired texture.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Transfer to a glass container or large canning jars. Cover tightly and chill in refrigerator.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6. When ready to serve, give the gazpacho a quick stir then transfer to serving bowls or small glasses. Top with olive oil and a garnish of fresh mint, cilantro and chopped green onions, if you like.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