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WHITE CHOCOLATE MACADAMIA NUT COOKIES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#cookies #sweet #baking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wusf3g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white chocolate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unsalted butter (room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tsp.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cups all-purpose flour (150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tsp.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tsp.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corn 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tsp.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macadamia nuts (chopped)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Make the Cookies: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Using a stand or hand mixer, beat butter and sugar in a bowl until creamy, about 2 minutes. Beat in egg and vanilla until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separate bowl, stir together flour, salt, baking powder, baking soda, and corn starch. Gradually add flour mixture to butter mixture, beating on low speed until just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Fold in macadamia nuts until just combined (do not overbeat).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Gently fold in 1 cup (240ml) white chocolate chips. then cover and refrigerate dough for 1 hour.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Scoop heaping tablespoon sized balls of dough then place on a parchment-lined rimmed baking sheet, spacing about 2-inch (5cm) apart. Press in some more white chocolate chips and macadamia nuts and sprinkle with some flaked salt if desired.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Bake at 350° until lightly browned, 10 to 12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Let cool on pan 10 minutes; transfer cookies to a wire rack, and let cool completely.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