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133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395"/>
        <w:gridCol w:w="5940"/>
      </w:tblGrid>
      <w:tr w:rsidR="000D13C7" w14:paraId="10DE93ED" w14:textId="77777777" w:rsidTr="000D13C7">
        <w:tc>
          <w:tcPr>
            <w:tcW w:w="5395" w:type="dxa"/>
          </w:tcPr>
          <w:p w14:paraId="4ED402AD" w14:textId="77777777" w:rsidR="000D13C7" w:rsidRPr="00640B18" w:rsidRDefault="000D13C7" w:rsidP="000D13C7">
            <w:pPr>
              <w:rPr>
                <w:rFonts w:ascii="Montserrat" w:hAnsi="Montserrat"/>
              </w:rPr>
            </w:pPr>
            <w:r>
              <w:rPr>
                <w:rFonts w:ascii="Montserrat" w:hAnsi="Montserrat"/>
                <w:b/>
                <w:i w:val="0"/>
                <w:caps/>
                <w:sz w:val="52"/>
              </w:rPr>
              <w:t>EASY STRAWBERRY CAKE WITH STRAWBERRY SAUCE</w:t>
            </w:r>
          </w:p>
          <w:p w14:paraId="3677996A" w14:textId="77777777" w:rsidR="000D13C7" w:rsidRPr="00640B18" w:rsidRDefault="000D13C7" w:rsidP="000D13C7">
            <w:pPr>
              <w:rPr>
                <w:rFonts w:ascii="Montserrat" w:hAnsi="Montserrat"/>
              </w:rPr>
            </w:pPr>
            <w:r>
              <w:rPr>
                <w:rFonts w:ascii="Montserrat" w:hAnsi="Montserrat"/>
                <w:b/>
                <w:i w:val="0"/>
                <w:caps w:val="0"/>
                <w:sz w:val="20"/>
              </w:rPr>
              <w:t>COOK TIME:</w:t>
            </w:r>
            <w:r>
              <w:rPr>
                <w:rFonts w:ascii="Montserrat" w:hAnsi="Montserrat"/>
                <w:b w:val="0"/>
                <w:i w:val="0"/>
                <w:caps w:val="0"/>
                <w:sz w:val="20"/>
              </w:rPr>
              <w:t xml:space="preserve"> 50 min</w:t>
            </w:r>
          </w:p>
          <w:p w14:paraId="254546EF" w14:textId="77777777" w:rsidR="000D13C7" w:rsidRPr="00640B18" w:rsidRDefault="000D13C7" w:rsidP="000D13C7">
            <w:pPr>
              <w:rPr>
                <w:rFonts w:ascii="Montserrat" w:hAnsi="Montserrat"/>
              </w:rPr>
            </w:pPr>
            <w:r>
              <w:rPr>
                <w:rFonts w:ascii="Montserrat" w:hAnsi="Montserrat"/>
                <w:b/>
                <w:i w:val="0"/>
                <w:caps w:val="0"/>
                <w:sz w:val="20"/>
              </w:rPr>
              <w:t>SOURCE:</w:t>
            </w:r>
            <w:r>
              <w:rPr>
                <w:rFonts w:ascii="Montserrat" w:hAnsi="Montserrat"/>
                <w:b w:val="0"/>
                <w:i w:val="0"/>
                <w:caps w:val="0"/>
                <w:sz w:val="20"/>
              </w:rPr>
              <w:t xml:space="preserve"> </w:t>
            </w:r>
          </w:p>
          <w:p w14:paraId="3B2BECBE" w14:textId="547BA1F3" w:rsidR="000D13C7" w:rsidRDefault="000D13C7" w:rsidP="000D13C7">
            <w:pPr>
              <w:rPr>
                <w:rFonts w:ascii="Montserrat" w:hAnsi="Montserrat"/>
                <w:b/>
                <w:sz w:val="52"/>
              </w:rPr>
            </w:pPr>
            <w:r>
              <w:rPr>
                <w:rFonts w:ascii="Montserrat" w:hAnsi="Montserrat"/>
                <w:b w:val="0"/>
                <w:i/>
                <w:caps w:val="0"/>
                <w:sz w:val="18"/>
              </w:rPr>
              <w:t>#quick #comfort-food #baking</w:t>
            </w:r>
          </w:p>
        </w:tc>
        <w:tc>
          <w:tcPr>
            <w:tcW w:w="5940" w:type="dxa"/>
          </w:tcPr>
          <w:p w14:paraId="1F2606C6" w14:textId="05F91B23" w:rsidR="000D13C7" w:rsidRPr="000D13C7" w:rsidRDefault="000D13C7">
            <w:pPr>
              <w:rPr>
                <w:rFonts w:ascii="Montserrat" w:hAnsi="Montserrat"/>
                <w:bCs/>
                <w:sz w:val="20"/>
                <w:szCs w:val="20"/>
              </w:rPr>
            </w:pPr>
            <w:r>
              <w:drawing>
                <wp:inline xmlns:a="http://schemas.openxmlformats.org/drawingml/2006/main" xmlns:pic="http://schemas.openxmlformats.org/drawingml/2006/picture">
                  <wp:extent cx="2743200" cy="2056396"/>
                  <wp:docPr id="1" name="Picture 1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0" name="tmpbxtehglz.jpg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43200" cy="2056396"/>
                          </a:xfrm>
                          <a:prstGeom prst="rect"/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12D1DCA0" w14:textId="77777777" w:rsidR="005F6824" w:rsidRPr="00640B18" w:rsidRDefault="005F6824">
      <w:pPr>
        <w:rPr>
          <w:rFonts w:ascii="Montserrat" w:hAnsi="Montserrat"/>
        </w:rPr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4320"/>
        <w:gridCol w:w="6312"/>
      </w:tblGrid>
      <w:tr w:rsidR="005F6824" w:rsidRPr="00640B18" w14:paraId="4BF259EE" w14:textId="77777777" w:rsidTr="00D03A1A">
        <w:tc>
          <w:tcPr>
            <w:tcW w:w="4320" w:type="dxa"/>
          </w:tcPr>
          <w:p w14:paraId="4E43035E" w14:textId="77777777" w:rsidR="002F78D0" w:rsidRDefault="002F78D0">
            <w:pPr>
              <w:rPr>
                <w:rFonts w:ascii="Montserrat" w:hAnsi="Montserrat"/>
                <w:b/>
                <w:bCs/>
                <w:sz w:val="24"/>
                <w:szCs w:val="24"/>
              </w:rPr>
            </w:pPr>
            <w:r>
              <w:rPr>
                <w:rFonts w:ascii="Montserrat" w:hAnsi="Montserrat"/>
                <w:b/>
                <w:bCs/>
                <w:sz w:val="24"/>
                <w:szCs w:val="24"/>
              </w:rPr>
              <w:t>INGREDIENTS</w:t>
            </w:r>
          </w:p>
          <w:p w14:paraId="18099FAC" w14:textId="03A4399E" w:rsidR="005F6824" w:rsidRPr="00640B18" w:rsidRDefault="00000000">
            <w:pPr>
              <w:rPr>
                <w:rFonts w:ascii="Montserrat" w:hAnsi="Montserrat"/>
                <w:b/>
                <w:bCs/>
                <w:sz w:val="24"/>
                <w:szCs w:val="24"/>
              </w:rPr>
            </w:pP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- 2 large eggs (room temperature)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- 1 cup (240ml) granulated sugar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- 1 cup (240ml) sour cream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- 1/2 cup light olive oil ( or vegetable oil)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- 1 tsp vanilla extract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- 2 cups (480ml) all-purpose flour (*measured correctly)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- 2 tsp baking powder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- 1/4 tsp salt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- 12 oz strawberries (hulled)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- 1 tsp powdered sugar (for dusting, optional)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- 16 oz strawberries (hulled and halved)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- 1/4 cup granulated sugar (or to taste)</w:t>
              <w:br/>
            </w:r>
          </w:p>
        </w:tc>
        <w:tc>
          <w:tcPr>
            <w:tcW w:w="6312" w:type="dxa"/>
          </w:tcPr>
          <w:p w14:paraId="0EE39ADD" w14:textId="77777777" w:rsidR="003B2301" w:rsidRDefault="00000000">
            <w:pPr>
              <w:rPr>
                <w:rFonts w:ascii="Montserrat" w:hAnsi="Montserrat"/>
                <w:b/>
                <w:bCs/>
              </w:rPr>
            </w:pPr>
            <w:r w:rsidRPr="00640B18">
              <w:rPr>
                <w:rFonts w:ascii="Montserrat" w:hAnsi="Montserrat"/>
                <w:b/>
                <w:bCs/>
              </w:rPr>
              <w:t>PREP</w:t>
            </w:r>
          </w:p>
          <w:p w14:paraId="26D311DC" w14:textId="1A858247" w:rsidR="003B2301" w:rsidRDefault="00000000">
            <w:pPr>
              <w:rPr>
                <w:rFonts w:ascii="Montserrat" w:hAnsi="Montserrat"/>
              </w:rPr>
            </w:pPr>
          </w:p>
          <w:p w14:paraId="082413E8" w14:textId="6B1C5A42" w:rsidR="003B2301" w:rsidRDefault="00000000">
            <w:pPr>
              <w:rPr>
                <w:rFonts w:ascii="Montserrat" w:hAnsi="Montserrat"/>
              </w:rPr>
            </w:pPr>
            <w:r w:rsidRPr="00640B18">
              <w:rPr>
                <w:rFonts w:ascii="Montserrat" w:hAnsi="Montserrat"/>
                <w:b/>
                <w:bCs/>
              </w:rPr>
              <w:t>COOK</w:t>
            </w:r>
          </w:p>
          <w:p w14:paraId="4B93E945" w14:textId="67717F0D" w:rsidR="003B2301" w:rsidRDefault="00000000">
            <w:pPr>
              <w:rPr>
                <w:rFonts w:ascii="Montserrat" w:hAnsi="Montserrat"/>
              </w:rPr>
            </w:pPr>
            <w:r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1. Cake Prep:</w:t>
            </w:r>
            <w:r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2. Butter a 9" springform pan and line the bottom with parchment paper. Preheat oven to 375˚F. Prepare 12 oz of strawberries for the cake: dice 6 oz of strawberries and slice the second 6 oz into halves.</w:t>
            </w:r>
            <w:r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3. How to Make Strawberry Cake:</w:t>
            </w:r>
            <w:r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4. In a large mixing bowl, using an electric hand mixer (or stand mixer), beat together 2 eggs with 1 cup (240ml) sugar on high speed for 5 minutes or until light in color and thick.</w:t>
            </w:r>
            <w:r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5. Add 1 cup (240ml) sour cream, 1/2 cup oil, 1 tsp vanilla and beat on low speed until well combined.</w:t>
            </w:r>
            <w:r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6. In a small bowl, whisk together: 2 cups (480ml) flour, 2 tsp baking powder and 1/4 tsp salt until well incorporated. With the mixer on med/low speed, add flour mixture to the batter 1/3 at a time, letting the flour incorporate with each addition and continue mixing just until well combined. Do not over-mix.</w:t>
            </w:r>
            <w:r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7. Pour half of the batter into prepared pan. Top with 6 oz of diced strawberries then spread remaining batter over the top. Cover the surface with 6 oz of halved strawberries (cut-side-down), pressing them down just slightly into the batter. Bake at 375˚F for 45-55 minutes (mine was perfect at 50 min), or until a toothpick inserted into center comes out clean. Let cake rest in pan 15-20 min before removing the ring.</w:t>
            </w:r>
            <w:r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8. Run a thin spatula around cake edges to loosen from pan. then transfer to a cake platter. Cool until just warm or at room temperature. To serve, dust with powdered sugar if desired. Drizzle individual slices generously with strawberry syrup.</w:t>
            </w:r>
            <w:r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9. How to Make Strawberry Sauce:</w:t>
            </w:r>
            <w:r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1</w:t>
            </w:r>
            <w:r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0. While the cake is baking, make the strawberry sauce: In a blender or food processor, combine 16 oz strawberries and 1/4 cup sugar (or add sugar to taste) and blend until pureed.</w:t>
            </w:r>
          </w:p>
          <w:p w14:paraId="34B812B9" w14:textId="77777777" w:rsidR="003B2301" w:rsidRDefault="00000000">
            <w:pPr>
              <w:rPr>
                <w:rFonts w:ascii="Montserrat" w:hAnsi="Montserrat"/>
              </w:rPr>
            </w:pPr>
            <w:r w:rsidRPr="00640B18">
              <w:rPr>
                <w:rFonts w:ascii="Montserrat" w:hAnsi="Montserrat"/>
                <w:b/>
                <w:bCs/>
              </w:rPr>
              <w:t>PLATING</w:t>
            </w:r>
          </w:p>
          <w:p w14:paraId="464766EB" w14:textId="03CB98F8" w:rsidR="005F6824" w:rsidRDefault="00000000">
            <w:pPr>
              <w:rPr>
                <w:rFonts w:ascii="Montserrat" w:hAnsi="Montserrat"/>
              </w:rPr>
            </w:pPr>
          </w:p>
          <w:p w14:paraId="443F5024" w14:textId="446E03C8" w:rsidR="003B2301" w:rsidRPr="00640B18" w:rsidRDefault="003B2301">
            <w:pPr>
              <w:rPr>
                <w:rFonts w:ascii="Montserrat" w:hAnsi="Montserrat"/>
              </w:rPr>
            </w:pPr>
          </w:p>
        </w:tc>
      </w:tr>
    </w:tbl>
    <w:p w14:paraId="2B70EC09" w14:textId="77777777" w:rsidR="005F6824" w:rsidRPr="00640B18" w:rsidRDefault="005F6824">
      <w:pPr>
        <w:rPr>
          <w:rFonts w:ascii="Montserrat" w:hAnsi="Montserrat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90"/>
      </w:tblGrid>
      <w:tr w:rsidR="000A7673" w14:paraId="50582224" w14:textId="77777777" w:rsidTr="000A7673">
        <w:tc>
          <w:tcPr>
            <w:tcW w:w="10790" w:type="dxa"/>
          </w:tcPr>
          <w:p w14:paraId="78A440D5" w14:textId="15B8E08A" w:rsidR="000A7673" w:rsidRDefault="000A7673" w:rsidP="000A7673">
            <w:pPr>
              <w:rPr>
                <w:rFonts w:ascii="Montserrat" w:hAnsi="Montserrat"/>
                <w:b/>
                <w:sz w:val="24"/>
              </w:rPr>
            </w:pPr>
          </w:p>
        </w:tc>
      </w:tr>
    </w:tbl>
    <w:p w14:paraId="728D7119" w14:textId="77777777" w:rsidR="000A7673" w:rsidRPr="00D72BB5" w:rsidRDefault="000A7673">
      <w:pPr>
        <w:rPr>
          <w:rFonts w:ascii="Montserrat" w:hAnsi="Montserrat"/>
          <w:b/>
          <w:sz w:val="24"/>
        </w:rPr>
      </w:pPr>
    </w:p>
    <w:sectPr w:rsidR="000A7673" w:rsidRPr="00D72BB5" w:rsidSect="002F78D0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  <w:font w:name="Montserrat">
    <w:panose1 w:val="00000500000000000000"/>
    <w:charset w:val="00"/>
    <w:family w:val="modern"/>
    <w:notTrueType/>
    <w:pitch w:val="variable"/>
    <w:sig w:usb0="2000020F" w:usb1="00000003" w:usb2="00000000" w:usb3="00000000" w:csb0="00000197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1502621450">
    <w:abstractNumId w:val="8"/>
  </w:num>
  <w:num w:numId="2" w16cid:durableId="1835489650">
    <w:abstractNumId w:val="6"/>
  </w:num>
  <w:num w:numId="3" w16cid:durableId="433062874">
    <w:abstractNumId w:val="5"/>
  </w:num>
  <w:num w:numId="4" w16cid:durableId="1119641605">
    <w:abstractNumId w:val="4"/>
  </w:num>
  <w:num w:numId="5" w16cid:durableId="118232946">
    <w:abstractNumId w:val="7"/>
  </w:num>
  <w:num w:numId="6" w16cid:durableId="4866948">
    <w:abstractNumId w:val="3"/>
  </w:num>
  <w:num w:numId="7" w16cid:durableId="93982235">
    <w:abstractNumId w:val="2"/>
  </w:num>
  <w:num w:numId="8" w16cid:durableId="150996780">
    <w:abstractNumId w:val="1"/>
  </w:num>
  <w:num w:numId="9" w16cid:durableId="69673744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34616"/>
    <w:rsid w:val="0006063C"/>
    <w:rsid w:val="000A09B4"/>
    <w:rsid w:val="000A7673"/>
    <w:rsid w:val="000D13C7"/>
    <w:rsid w:val="0015074B"/>
    <w:rsid w:val="0029639D"/>
    <w:rsid w:val="002F78D0"/>
    <w:rsid w:val="00326F90"/>
    <w:rsid w:val="00350C60"/>
    <w:rsid w:val="00374EF6"/>
    <w:rsid w:val="003B2301"/>
    <w:rsid w:val="004A1F16"/>
    <w:rsid w:val="00536B3D"/>
    <w:rsid w:val="005F6824"/>
    <w:rsid w:val="00612B94"/>
    <w:rsid w:val="00640B18"/>
    <w:rsid w:val="00662C62"/>
    <w:rsid w:val="007604C2"/>
    <w:rsid w:val="007A230C"/>
    <w:rsid w:val="00AA1D8D"/>
    <w:rsid w:val="00B47730"/>
    <w:rsid w:val="00CB0664"/>
    <w:rsid w:val="00D03A1A"/>
    <w:rsid w:val="00D72BB5"/>
    <w:rsid w:val="00E4351B"/>
    <w:rsid w:val="00F65BA6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0DAB7762"/>
  <w14:defaultImageDpi w14:val="300"/>
  <w15:docId w15:val="{DD7AD4EE-7E58-4967-B483-F5B076FCCD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8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1</Pages>
  <Words>22</Words>
  <Characters>131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152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Chris Eade</cp:lastModifiedBy>
  <cp:revision>13</cp:revision>
  <dcterms:created xsi:type="dcterms:W3CDTF">2025-04-30T06:07:00Z</dcterms:created>
  <dcterms:modified xsi:type="dcterms:W3CDTF">2025-05-02T04:59:00Z</dcterms:modified>
  <cp:category/>
</cp:coreProperties>
</file>