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3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940"/>
      </w:tblGrid>
      <w:tr w:rsidR="000D13C7" w14:paraId="10DE93ED" w14:textId="77777777" w:rsidTr="000D13C7">
        <w:tc>
          <w:tcPr>
            <w:tcW w:w="5395" w:type="dxa"/>
          </w:tcPr>
          <w:p w14:paraId="4ED402AD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/>
                <w:sz w:val="52"/>
              </w:rPr>
              <w:t>GRILLED STEAK SANDWICHES WITH GRUYERE</w:t>
            </w:r>
          </w:p>
          <w:p w14:paraId="3677996A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COOK TIME: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10 mins</w:t>
            </w:r>
          </w:p>
          <w:p w14:paraId="254546EF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SOURCE: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Unknown</w:t>
            </w:r>
          </w:p>
          <w:p w14:paraId="3B2BECBE" w14:textId="547BA1F3" w:rsidR="000D13C7" w:rsidRDefault="000D13C7" w:rsidP="000D13C7">
            <w:pPr>
              <w:rPr>
                <w:rFonts w:ascii="Montserrat" w:hAnsi="Montserrat"/>
                <w:b/>
                <w:sz w:val="52"/>
              </w:rPr>
            </w:pPr>
            <w:r>
              <w:rPr>
                <w:rFonts w:ascii="Montserrat" w:hAnsi="Montserrat"/>
                <w:b w:val="0"/>
                <w:i/>
                <w:caps w:val="0"/>
                <w:sz w:val="18"/>
              </w:rPr>
              <w:t>#beef #American #grilled</w:t>
            </w:r>
          </w:p>
        </w:tc>
        <w:tc>
          <w:tcPr>
            <w:tcW w:w="5940" w:type="dxa"/>
          </w:tcPr>
          <w:p w14:paraId="1F2606C6" w14:textId="05F91B23" w:rsidR="000D13C7" w:rsidRPr="000D13C7" w:rsidRDefault="000D13C7">
            <w:pPr>
              <w:rPr>
                <w:rFonts w:ascii="Montserrat" w:hAnsi="Montserrat"/>
                <w:bCs/>
                <w:sz w:val="20"/>
                <w:szCs w:val="20"/>
              </w:rPr>
            </w:pPr>
            <w:r>
              <w:drawing>
                <wp:inline xmlns:a="http://schemas.openxmlformats.org/drawingml/2006/main" xmlns:pic="http://schemas.openxmlformats.org/drawingml/2006/picture">
                  <wp:extent cx="2743200" cy="4114800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tmpe_oqu7cl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41148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D1DCA0" w14:textId="77777777" w:rsidR="005F6824" w:rsidRPr="00640B18" w:rsidRDefault="005F6824">
      <w:pPr>
        <w:rPr>
          <w:rFonts w:ascii="Montserrat" w:hAnsi="Montserra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20"/>
        <w:gridCol w:w="6312"/>
      </w:tblGrid>
      <w:tr w:rsidR="005F6824" w:rsidRPr="00640B18" w14:paraId="4BF259EE" w14:textId="77777777" w:rsidTr="00D03A1A">
        <w:tc>
          <w:tcPr>
            <w:tcW w:w="4320" w:type="dxa"/>
          </w:tcPr>
          <w:p w14:paraId="4E43035E" w14:textId="77777777" w:rsidR="002F78D0" w:rsidRDefault="002F78D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bCs/>
                <w:sz w:val="24"/>
                <w:szCs w:val="24"/>
              </w:rPr>
              <w:t>INGREDIENTS</w:t>
            </w:r>
          </w:p>
          <w:p w14:paraId="18099FAC" w14:textId="03A4399E" w:rsidR="005F6824" w:rsidRPr="00640B18" w:rsidRDefault="0000000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'2 large steaks (450g each), cooked and sliced 1.25cm thick'}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'1 large sweet onion, cut into 1.25cm rings'}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'2 large tomatoes, sliced into 1.25cm slices'}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'8 slices sourdough bread, toasted'}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'8 slices Gruyere cheese'}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'Sauce', 'item': '120ml mayonnaise'}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'Sauce', 'item': '45g whole-grain mustard'}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'Sauce', 'item': '2 cloves garlic, grated'}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'Sauce', 'item': '10g freshly grated horseradish (optional)'}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'Seasoning', 'item': 'Kosher salt and freshly cracked black pepper'}</w:t>
              <w:br/>
            </w:r>
          </w:p>
        </w:tc>
        <w:tc>
          <w:tcPr>
            <w:tcW w:w="6312" w:type="dxa"/>
          </w:tcPr>
          <w:p w14:paraId="0EE39ADD" w14:textId="77777777" w:rsidR="003B2301" w:rsidRDefault="00000000">
            <w:pPr>
              <w:rPr>
                <w:rFonts w:ascii="Montserrat" w:hAnsi="Montserrat"/>
                <w:b/>
                <w:bCs/>
              </w:rPr>
            </w:pPr>
            <w:r w:rsidRPr="00640B18">
              <w:rPr>
                <w:rFonts w:ascii="Montserrat" w:hAnsi="Montserrat"/>
                <w:b/>
                <w:bCs/>
              </w:rPr>
              <w:t>PREP</w:t>
            </w:r>
          </w:p>
          <w:p w14:paraId="26D311DC" w14:textId="1A858247" w:rsidR="003B2301" w:rsidRDefault="00000000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In a small bowl, mix mayonnaise, mustard, garlic, and horseradish. Season with salt and pepper. Slice the onion and tomatoes, and season the tomato slices with salt and pepper.</w:t>
            </w:r>
          </w:p>
          <w:p w14:paraId="082413E8" w14:textId="6B1C5A42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COOK</w:t>
            </w:r>
          </w:p>
          <w:p w14:paraId="4B93E945" w14:textId="67717F0D" w:rsidR="003B2301" w:rsidRDefault="00000000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Heat oil in a skillet over medium-high heat. Sear onion rings for 2-3 mins per side until deeply caramelized. Preheat the broiler. On a baking sheet, assemble sandwiches with sauce, tomatoes, steak, onions, and cheese. Broil until cheese melts.</w:t>
            </w:r>
          </w:p>
          <w:p w14:paraId="34B812B9" w14:textId="77777777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PLATING</w:t>
            </w:r>
          </w:p>
          <w:p w14:paraId="464766EB" w14:textId="03CB98F8" w:rsidR="005F6824" w:rsidRDefault="00000000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Top each sandwich with the remaining slice of sauced bread. Serve immediately, sliced in half or whole.</w:t>
            </w:r>
          </w:p>
          <w:p w14:paraId="443F5024" w14:textId="446E03C8" w:rsidR="003B2301" w:rsidRPr="00640B18" w:rsidRDefault="003B2301">
            <w:pPr>
              <w:rPr>
                <w:rFonts w:ascii="Montserrat" w:hAnsi="Montserrat"/>
              </w:rPr>
            </w:pPr>
          </w:p>
        </w:tc>
      </w:tr>
    </w:tbl>
    <w:p w14:paraId="2B70EC09" w14:textId="77777777" w:rsidR="005F6824" w:rsidRPr="00640B18" w:rsidRDefault="005F6824">
      <w:pPr>
        <w:rPr>
          <w:rFonts w:ascii="Montserrat" w:hAnsi="Montserrat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0A7673" w14:paraId="50582224" w14:textId="77777777" w:rsidTr="000A7673">
        <w:tc>
          <w:tcPr>
            <w:tcW w:w="10790" w:type="dxa"/>
          </w:tcPr>
          <w:p w14:paraId="78A440D5" w14:textId="15B8E08A" w:rsidR="000A7673" w:rsidRDefault="000A7673" w:rsidP="000A7673">
            <w:pPr>
              <w:rPr>
                <w:rFonts w:ascii="Montserrat" w:hAnsi="Montserrat"/>
                <w:b/>
                <w:sz w:val="24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4"/>
              </w:rPr>
              <w:t>NOTES: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For best results, use a high-quality steak and adjust the seasoning to taste. The horseradish adds a nice kick but is optional.</w:t>
            </w:r>
          </w:p>
        </w:tc>
      </w:tr>
    </w:tbl>
    <w:p w14:paraId="728D7119" w14:textId="77777777" w:rsidR="000A7673" w:rsidRPr="00D72BB5" w:rsidRDefault="000A7673">
      <w:pPr>
        <w:rPr>
          <w:rFonts w:ascii="Montserrat" w:hAnsi="Montserrat"/>
          <w:b/>
          <w:sz w:val="24"/>
        </w:rPr>
      </w:pPr>
    </w:p>
    <w:sectPr w:rsidR="000A7673" w:rsidRPr="00D72BB5" w:rsidSect="002F78D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02621450">
    <w:abstractNumId w:val="8"/>
  </w:num>
  <w:num w:numId="2" w16cid:durableId="1835489650">
    <w:abstractNumId w:val="6"/>
  </w:num>
  <w:num w:numId="3" w16cid:durableId="433062874">
    <w:abstractNumId w:val="5"/>
  </w:num>
  <w:num w:numId="4" w16cid:durableId="1119641605">
    <w:abstractNumId w:val="4"/>
  </w:num>
  <w:num w:numId="5" w16cid:durableId="118232946">
    <w:abstractNumId w:val="7"/>
  </w:num>
  <w:num w:numId="6" w16cid:durableId="4866948">
    <w:abstractNumId w:val="3"/>
  </w:num>
  <w:num w:numId="7" w16cid:durableId="93982235">
    <w:abstractNumId w:val="2"/>
  </w:num>
  <w:num w:numId="8" w16cid:durableId="150996780">
    <w:abstractNumId w:val="1"/>
  </w:num>
  <w:num w:numId="9" w16cid:durableId="696737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09B4"/>
    <w:rsid w:val="000A7673"/>
    <w:rsid w:val="000D13C7"/>
    <w:rsid w:val="0015074B"/>
    <w:rsid w:val="0029639D"/>
    <w:rsid w:val="002F78D0"/>
    <w:rsid w:val="00326F90"/>
    <w:rsid w:val="00350C60"/>
    <w:rsid w:val="00374EF6"/>
    <w:rsid w:val="003B2301"/>
    <w:rsid w:val="004A1F16"/>
    <w:rsid w:val="00536B3D"/>
    <w:rsid w:val="005F6824"/>
    <w:rsid w:val="00612B94"/>
    <w:rsid w:val="00640B18"/>
    <w:rsid w:val="00662C62"/>
    <w:rsid w:val="007604C2"/>
    <w:rsid w:val="007A230C"/>
    <w:rsid w:val="00AA1D8D"/>
    <w:rsid w:val="00B47730"/>
    <w:rsid w:val="00CB0664"/>
    <w:rsid w:val="00D03A1A"/>
    <w:rsid w:val="00D72BB5"/>
    <w:rsid w:val="00E4351B"/>
    <w:rsid w:val="00F65BA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AB7762"/>
  <w14:defaultImageDpi w14:val="300"/>
  <w15:docId w15:val="{DD7AD4EE-7E58-4967-B483-F5B076FCC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Chris Eade</cp:lastModifiedBy>
  <cp:revision>13</cp:revision>
  <dcterms:created xsi:type="dcterms:W3CDTF">2025-04-30T06:07:00Z</dcterms:created>
  <dcterms:modified xsi:type="dcterms:W3CDTF">2025-05-02T04:59:00Z</dcterms:modified>
  <cp:category/>
</cp:coreProperties>
</file>