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STICKY CHINESE-STYLE PORK BELLY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2 hrs 15 mins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Unknown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#pork #asian #pan-fry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41148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xqdxhxil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41148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'1kg pork belly, rindless, sliced'}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'1L hot chicken or vegetable stock'}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 tsp minced ginger'}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'3 garlic cloves, halved'}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 tbsp rice wine'}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 tbsp caster sugar'}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'Glaze', 'item': '2 tbsp sunflower oil'}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'Glaze', 'item': '1 tsp minced ginger'}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'Glaze', 'item': '1 red chilli, finely chopped'}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'Glaze', 'item': '2 tbsp honey'}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'Glaze', 'item': '2 tbsp brown sugar'}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'Glaze', 'item': '3 tbsp dark soy sauce'}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'Glaze', 'item': '1 tsp lemongrass paste'}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'Seasoning', 'item': 'Salt and pepper, to taste'}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Slice the pork belly into even slices. Mince the ginger and halve the garlic cloves. Finely chop the red chilli.</w:t>
            </w: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In a large casserole pan, combine the pork belly slices, stock, minced ginger, garlic, rice wine, and caster sugar. Bring to a boil, then cover and simmer gently for 2 hours. Drain the pork, reserving the liquid if desired. Slice the pork into bite-sized chunks. In a small bowl, mix the glaze ingredients except for 1 tbsp of oil. Heat the remaining oil in a frying pan over medium-high heat. Season the pork chunks with salt and pepper, then fry until golden, about 5 mins. Pour the glaze over the pork and cook for another 2-3 mins until sticky.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Serve the sticky pork belly hot, garnished with additional chopped chilli if desired, alongside steamed rice and stir-fried vegetables.</w:t>
            </w: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4"/>
              </w:rPr>
              <w:t>NOTES: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The initial cooking of the pork can be done in a slow cooker on high for 4-5 hours or low for 6-7 hours. The pork and glaze can be prepared ahead and refrigerated separately.</w:t>
            </w: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