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3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940"/>
      </w:tblGrid>
      <w:tr w:rsidR="000D13C7" w14:paraId="10DE93ED" w14:textId="77777777" w:rsidTr="000D13C7">
        <w:tc>
          <w:tcPr>
            <w:tcW w:w="5395" w:type="dxa"/>
          </w:tcPr>
          <w:p w14:paraId="4ED402AD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/>
                <w:sz w:val="52"/>
              </w:rPr>
              <w:t>HOMEMADE ENGLISH MUFFINS</w:t>
            </w:r>
          </w:p>
          <w:p w14:paraId="3677996A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COOK TIME: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25 mins</w:t>
            </w:r>
          </w:p>
          <w:p w14:paraId="254546EF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SOURCE: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Unknown</w:t>
            </w:r>
          </w:p>
          <w:p w14:paraId="3B2BECBE" w14:textId="547BA1F3" w:rsidR="000D13C7" w:rsidRDefault="000D13C7" w:rsidP="000D13C7">
            <w:pPr>
              <w:rPr>
                <w:rFonts w:ascii="Montserrat" w:hAnsi="Montserrat"/>
                <w:b/>
                <w:sz w:val="52"/>
              </w:rPr>
            </w:pPr>
            <w:r>
              <w:rPr>
                <w:rFonts w:ascii="Montserrat" w:hAnsi="Montserrat"/>
                <w:b w:val="0"/>
                <w:i/>
                <w:caps w:val="0"/>
                <w:sz w:val="18"/>
              </w:rPr>
              <w:t>#bread #British #pan-fry</w:t>
            </w:r>
          </w:p>
        </w:tc>
        <w:tc>
          <w:tcPr>
            <w:tcW w:w="5940" w:type="dxa"/>
          </w:tcPr>
          <w:p w14:paraId="1F2606C6" w14:textId="05F91B23" w:rsidR="000D13C7" w:rsidRPr="000D13C7" w:rsidRDefault="000D13C7">
            <w:pPr>
              <w:rPr>
                <w:rFonts w:ascii="Montserrat" w:hAnsi="Montserrat"/>
                <w:bCs/>
                <w:sz w:val="20"/>
                <w:szCs w:val="20"/>
              </w:rPr>
            </w:pPr>
            <w:r>
              <w:drawing>
                <wp:inline xmlns:a="http://schemas.openxmlformats.org/drawingml/2006/main" xmlns:pic="http://schemas.openxmlformats.org/drawingml/2006/picture">
                  <wp:extent cx="2743200" cy="4114800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tmptyvbm9x1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41148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D1DCA0" w14:textId="77777777" w:rsidR="005F6824" w:rsidRPr="00640B18" w:rsidRDefault="005F6824">
      <w:pPr>
        <w:rPr>
          <w:rFonts w:ascii="Montserrat" w:hAnsi="Montserra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20"/>
        <w:gridCol w:w="6312"/>
      </w:tblGrid>
      <w:tr w:rsidR="005F6824" w:rsidRPr="00640B18" w14:paraId="4BF259EE" w14:textId="77777777" w:rsidTr="00D03A1A">
        <w:tc>
          <w:tcPr>
            <w:tcW w:w="4320" w:type="dxa"/>
          </w:tcPr>
          <w:p w14:paraId="4E43035E" w14:textId="77777777" w:rsidR="002F78D0" w:rsidRDefault="002F78D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/>
                <w:bCs/>
                <w:sz w:val="24"/>
                <w:szCs w:val="24"/>
              </w:rPr>
              <w:t>INGREDIENTS</w:t>
            </w:r>
          </w:p>
          <w:p w14:paraId="18099FAC" w14:textId="03A4399E" w:rsidR="005F6824" w:rsidRPr="00640B18" w:rsidRDefault="0000000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'139g filtered water'}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'139g whole milk'}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'9g instant dry yeast'}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'600g unbleached bread flour'}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'6g fine sea salt'}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'13g granulated sugar'}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'28g unsalted butter, melted and cooled'}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'cornmeal, for dusting'}</w:t>
              <w:br/>
            </w:r>
          </w:p>
        </w:tc>
        <w:tc>
          <w:tcPr>
            <w:tcW w:w="6312" w:type="dxa"/>
          </w:tcPr>
          <w:p w14:paraId="0EE39ADD" w14:textId="77777777" w:rsidR="003B2301" w:rsidRDefault="00000000">
            <w:pPr>
              <w:rPr>
                <w:rFonts w:ascii="Montserrat" w:hAnsi="Montserrat"/>
                <w:b/>
                <w:bCs/>
              </w:rPr>
            </w:pPr>
            <w:r w:rsidRPr="00640B18">
              <w:rPr>
                <w:rFonts w:ascii="Montserrat" w:hAnsi="Montserrat"/>
                <w:b/>
                <w:bCs/>
              </w:rPr>
              <w:t>PREP</w:t>
            </w:r>
          </w:p>
          <w:p w14:paraId="26D311DC" w14:textId="1A858247" w:rsidR="003B2301" w:rsidRDefault="00000000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In a small bowl, combine the water and milk, heating to 38°C (100°F (38°C)). Stir in the yeast, cover, and let sit for 10 mins until foamy. In a medium bowl, whisk together the flour, salt, and sugar. Add the yeast mixture and melted butter, mixing by hand until a shaggy dough forms.</w:t>
            </w:r>
          </w:p>
          <w:p w14:paraId="082413E8" w14:textId="6B1C5A42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COOK</w:t>
            </w:r>
          </w:p>
          <w:p w14:paraId="4B93E945" w14:textId="67717F0D" w:rsidR="003B2301" w:rsidRDefault="00000000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Knead the dough on an unfloured surface for 5-10 mins until smooth and shiny. Form into a ball, place in a greased bowl, cover with a damp towel, and let rise for 1 hour until doubled. Punch down the dough, roll out to 1.25cm thick on a floured surface, and cut into rounds using a 7.5cm cutter. Dust a baking sheet with cornmeal, place rounds on it, cover, and let rise for 30 mins to 1 hour until puffed. Preheat a lightly greased skillet over medium heat. Cook rounds for 5-7 mins per side until browned, adjusting heat as needed.</w:t>
            </w:r>
          </w:p>
          <w:p w14:paraId="34B812B9" w14:textId="77777777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PLATING</w:t>
            </w:r>
          </w:p>
          <w:p w14:paraId="464766EB" w14:textId="03CB98F8" w:rsidR="005F6824" w:rsidRDefault="00000000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Cool the muffins on a wire rack. Slice in half and serve warm or toasted with your choice of toppings.</w:t>
            </w:r>
          </w:p>
          <w:p w14:paraId="443F5024" w14:textId="446E03C8" w:rsidR="003B2301" w:rsidRPr="00640B18" w:rsidRDefault="003B2301">
            <w:pPr>
              <w:rPr>
                <w:rFonts w:ascii="Montserrat" w:hAnsi="Montserrat"/>
              </w:rPr>
            </w:pPr>
          </w:p>
        </w:tc>
      </w:tr>
    </w:tbl>
    <w:p w14:paraId="2B70EC09" w14:textId="77777777" w:rsidR="005F6824" w:rsidRPr="00640B18" w:rsidRDefault="005F6824">
      <w:pPr>
        <w:rPr>
          <w:rFonts w:ascii="Montserrat" w:hAnsi="Montserrat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0A7673" w14:paraId="50582224" w14:textId="77777777" w:rsidTr="000A7673">
        <w:tc>
          <w:tcPr>
            <w:tcW w:w="10790" w:type="dxa"/>
          </w:tcPr>
          <w:p w14:paraId="78A440D5" w14:textId="15B8E08A" w:rsidR="000A7673" w:rsidRDefault="000A7673" w:rsidP="000A7673">
            <w:pPr>
              <w:rPr>
                <w:rFonts w:ascii="Montserrat" w:hAnsi="Montserrat"/>
                <w:b/>
                <w:sz w:val="24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4"/>
              </w:rPr>
              <w:t>NOTES: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Store in an airtight container at room temperature for up to 4 days or refrigerate for up to 1 week.</w:t>
            </w:r>
          </w:p>
        </w:tc>
      </w:tr>
    </w:tbl>
    <w:p w14:paraId="728D7119" w14:textId="77777777" w:rsidR="000A7673" w:rsidRPr="00D72BB5" w:rsidRDefault="000A7673">
      <w:pPr>
        <w:rPr>
          <w:rFonts w:ascii="Montserrat" w:hAnsi="Montserrat"/>
          <w:b/>
          <w:sz w:val="24"/>
        </w:rPr>
      </w:pPr>
    </w:p>
    <w:sectPr w:rsidR="000A7673" w:rsidRPr="00D72BB5" w:rsidSect="002F78D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02621450">
    <w:abstractNumId w:val="8"/>
  </w:num>
  <w:num w:numId="2" w16cid:durableId="1835489650">
    <w:abstractNumId w:val="6"/>
  </w:num>
  <w:num w:numId="3" w16cid:durableId="433062874">
    <w:abstractNumId w:val="5"/>
  </w:num>
  <w:num w:numId="4" w16cid:durableId="1119641605">
    <w:abstractNumId w:val="4"/>
  </w:num>
  <w:num w:numId="5" w16cid:durableId="118232946">
    <w:abstractNumId w:val="7"/>
  </w:num>
  <w:num w:numId="6" w16cid:durableId="4866948">
    <w:abstractNumId w:val="3"/>
  </w:num>
  <w:num w:numId="7" w16cid:durableId="93982235">
    <w:abstractNumId w:val="2"/>
  </w:num>
  <w:num w:numId="8" w16cid:durableId="150996780">
    <w:abstractNumId w:val="1"/>
  </w:num>
  <w:num w:numId="9" w16cid:durableId="696737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09B4"/>
    <w:rsid w:val="000A7673"/>
    <w:rsid w:val="000D13C7"/>
    <w:rsid w:val="0015074B"/>
    <w:rsid w:val="0029639D"/>
    <w:rsid w:val="002F78D0"/>
    <w:rsid w:val="00326F90"/>
    <w:rsid w:val="00350C60"/>
    <w:rsid w:val="00374EF6"/>
    <w:rsid w:val="003B2301"/>
    <w:rsid w:val="004A1F16"/>
    <w:rsid w:val="00536B3D"/>
    <w:rsid w:val="005F6824"/>
    <w:rsid w:val="00612B94"/>
    <w:rsid w:val="00640B18"/>
    <w:rsid w:val="00662C62"/>
    <w:rsid w:val="007604C2"/>
    <w:rsid w:val="007A230C"/>
    <w:rsid w:val="00AA1D8D"/>
    <w:rsid w:val="00B47730"/>
    <w:rsid w:val="00CB0664"/>
    <w:rsid w:val="00D03A1A"/>
    <w:rsid w:val="00D72BB5"/>
    <w:rsid w:val="00E4351B"/>
    <w:rsid w:val="00F65BA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AB7762"/>
  <w14:defaultImageDpi w14:val="300"/>
  <w15:docId w15:val="{DD7AD4EE-7E58-4967-B483-F5B076FCC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Chris Eade</cp:lastModifiedBy>
  <cp:revision>13</cp:revision>
  <dcterms:created xsi:type="dcterms:W3CDTF">2025-04-30T06:07:00Z</dcterms:created>
  <dcterms:modified xsi:type="dcterms:W3CDTF">2025-05-02T04:59:00Z</dcterms:modified>
  <cp:category/>
</cp:coreProperties>
</file>