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940"/>
      </w:tblGrid>
      <w:tr w:rsidR="000D13C7" w14:paraId="10DE93ED" w14:textId="77777777" w:rsidTr="000D13C7">
        <w:tc>
          <w:tcPr>
            <w:tcW w:w="5395" w:type="dxa"/>
          </w:tcPr>
          <w:p w14:paraId="4ED402AD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/>
                <w:sz w:val="52"/>
              </w:rPr>
              <w:t>BROWNED BUTTER-BASTED FRIED EGGS</w:t>
            </w:r>
          </w:p>
          <w:p w14:paraId="3677996A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COOK TIME: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10 mins</w:t>
            </w:r>
          </w:p>
          <w:p w14:paraId="254546EF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SOURCE: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Unknown</w:t>
            </w:r>
          </w:p>
          <w:p w14:paraId="3B2BECBE" w14:textId="547BA1F3" w:rsidR="000D13C7" w:rsidRDefault="000D13C7" w:rsidP="000D13C7">
            <w:pPr>
              <w:rPr>
                <w:rFonts w:ascii="Montserrat" w:hAnsi="Montserrat"/>
                <w:b/>
                <w:sz w:val="52"/>
              </w:rPr>
            </w:pPr>
            <w:r>
              <w:rPr>
                <w:rFonts w:ascii="Montserrat" w:hAnsi="Montserrat"/>
                <w:b w:val="0"/>
                <w:i/>
                <w:caps w:val="0"/>
                <w:sz w:val="18"/>
              </w:rPr>
              <w:t>#eggs #American #pan-fry</w:t>
            </w:r>
          </w:p>
        </w:tc>
        <w:tc>
          <w:tcPr>
            <w:tcW w:w="5940" w:type="dxa"/>
          </w:tcPr>
          <w:p w14:paraId="1F2606C6" w14:textId="05F91B23" w:rsidR="000D13C7" w:rsidRPr="000D13C7" w:rsidRDefault="000D13C7">
            <w:pPr>
              <w:rPr>
                <w:rFonts w:ascii="Montserrat" w:hAnsi="Montserrat"/>
                <w:bCs/>
                <w:sz w:val="20"/>
                <w:szCs w:val="20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2743200" cy="41148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936gc3tf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41148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D1DCA0" w14:textId="77777777" w:rsidR="005F6824" w:rsidRPr="00640B18" w:rsidRDefault="005F6824">
      <w:pPr>
        <w:rPr>
          <w:rFonts w:ascii="Montserrat" w:hAnsi="Montserra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6312"/>
      </w:tblGrid>
      <w:tr w:rsidR="005F6824" w:rsidRPr="00640B18" w14:paraId="4BF259EE" w14:textId="77777777" w:rsidTr="00D03A1A">
        <w:tc>
          <w:tcPr>
            <w:tcW w:w="4320" w:type="dxa"/>
          </w:tcPr>
          <w:p w14:paraId="4E43035E" w14:textId="77777777" w:rsidR="002F78D0" w:rsidRDefault="002F78D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/>
                <w:bCs/>
                <w:sz w:val="24"/>
                <w:szCs w:val="24"/>
              </w:rPr>
              <w:t>INGREDIENTS</w:t>
            </w:r>
          </w:p>
          <w:p w14:paraId="18099FAC" w14:textId="03A4399E" w:rsidR="005F6824" w:rsidRPr="00640B18" w:rsidRDefault="0000000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'2-3 eggs'}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'2 tbsp neutral-tasting oil'}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'3 tbsp unsalted butter'}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'Seasoning', 'item': 'Flaky sea salt'}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'Seasoning', 'item': 'Freshly cracked black pepper (optional)'}</w:t>
              <w:br/>
            </w:r>
          </w:p>
        </w:tc>
        <w:tc>
          <w:tcPr>
            <w:tcW w:w="6312" w:type="dxa"/>
          </w:tcPr>
          <w:p w14:paraId="0EE39ADD" w14:textId="77777777" w:rsidR="003B2301" w:rsidRDefault="00000000">
            <w:pPr>
              <w:rPr>
                <w:rFonts w:ascii="Montserrat" w:hAnsi="Montserrat"/>
                <w:b/>
                <w:bCs/>
              </w:rPr>
            </w:pPr>
            <w:r w:rsidRPr="00640B18">
              <w:rPr>
                <w:rFonts w:ascii="Montserrat" w:hAnsi="Montserrat"/>
                <w:b/>
                <w:bCs/>
              </w:rPr>
              <w:t>PREP</w:t>
            </w:r>
          </w:p>
          <w:p w14:paraId="26D311DC" w14:textId="1A858247" w:rsidR="003B2301" w:rsidRDefault="00000000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Gather all ingredients. Crack the eggs into separate small bowls to ensure easy transfer to the pan.</w:t>
            </w:r>
          </w:p>
          <w:p w14:paraId="082413E8" w14:textId="6B1C5A42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COOK</w:t>
            </w:r>
          </w:p>
          <w:p w14:paraId="4B93E945" w14:textId="67717F0D" w:rsidR="003B2301" w:rsidRDefault="00000000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Heat the oil in a medium skillet over medium-high heat until shimmering. Gently slide the eggs into the pan, spacing them apart. Cook for about 1 minute until the whites are mostly set. Reduce the heat to medium and add the butter. Allow it to melt and froth, then increase the heat to medium-high. Continuously spoon the hot butter over the eggs to baste them until the tops are just set and the yolks remain runny.</w:t>
            </w:r>
          </w:p>
          <w:p w14:paraId="34B812B9" w14:textId="77777777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PLATING</w:t>
            </w:r>
          </w:p>
          <w:p w14:paraId="464766EB" w14:textId="03CB98F8" w:rsidR="005F6824" w:rsidRDefault="00000000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Carefully remove the eggs from the pan and place them on a serving plate. Drizzle with the browned butter from the pan. Season with flaky sea salt and freshly cracked black pepper, if desired. Serve immediately.</w:t>
            </w:r>
          </w:p>
          <w:p w14:paraId="443F5024" w14:textId="446E03C8" w:rsidR="003B2301" w:rsidRPr="00640B18" w:rsidRDefault="003B2301">
            <w:pPr>
              <w:rPr>
                <w:rFonts w:ascii="Montserrat" w:hAnsi="Montserrat"/>
              </w:rPr>
            </w:pPr>
          </w:p>
        </w:tc>
      </w:tr>
    </w:tbl>
    <w:p w14:paraId="2B70EC09" w14:textId="77777777" w:rsidR="005F6824" w:rsidRPr="00640B18" w:rsidRDefault="005F6824">
      <w:pPr>
        <w:rPr>
          <w:rFonts w:ascii="Montserrat" w:hAnsi="Montserra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0A7673" w14:paraId="50582224" w14:textId="77777777" w:rsidTr="000A7673">
        <w:tc>
          <w:tcPr>
            <w:tcW w:w="10790" w:type="dxa"/>
          </w:tcPr>
          <w:p w14:paraId="78A440D5" w14:textId="15B8E08A" w:rsidR="000A7673" w:rsidRDefault="000A7673" w:rsidP="000A7673">
            <w:pPr>
              <w:rPr>
                <w:rFonts w:ascii="Montserrat" w:hAnsi="Montserrat"/>
                <w:b/>
                <w:sz w:val="24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4"/>
              </w:rPr>
              <w:t>NOTES: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Ensure the butter is browned to a rich colour for maximum flavour. Adjust seasoning to taste.</w:t>
            </w:r>
          </w:p>
        </w:tc>
      </w:tr>
    </w:tbl>
    <w:p w14:paraId="728D7119" w14:textId="77777777" w:rsidR="000A7673" w:rsidRPr="00D72BB5" w:rsidRDefault="000A7673">
      <w:pPr>
        <w:rPr>
          <w:rFonts w:ascii="Montserrat" w:hAnsi="Montserrat"/>
          <w:b/>
          <w:sz w:val="24"/>
        </w:rPr>
      </w:pPr>
    </w:p>
    <w:sectPr w:rsidR="000A7673" w:rsidRPr="00D72BB5" w:rsidSect="002F78D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2621450">
    <w:abstractNumId w:val="8"/>
  </w:num>
  <w:num w:numId="2" w16cid:durableId="1835489650">
    <w:abstractNumId w:val="6"/>
  </w:num>
  <w:num w:numId="3" w16cid:durableId="433062874">
    <w:abstractNumId w:val="5"/>
  </w:num>
  <w:num w:numId="4" w16cid:durableId="1119641605">
    <w:abstractNumId w:val="4"/>
  </w:num>
  <w:num w:numId="5" w16cid:durableId="118232946">
    <w:abstractNumId w:val="7"/>
  </w:num>
  <w:num w:numId="6" w16cid:durableId="4866948">
    <w:abstractNumId w:val="3"/>
  </w:num>
  <w:num w:numId="7" w16cid:durableId="93982235">
    <w:abstractNumId w:val="2"/>
  </w:num>
  <w:num w:numId="8" w16cid:durableId="150996780">
    <w:abstractNumId w:val="1"/>
  </w:num>
  <w:num w:numId="9" w16cid:durableId="696737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9B4"/>
    <w:rsid w:val="000A7673"/>
    <w:rsid w:val="000D13C7"/>
    <w:rsid w:val="0015074B"/>
    <w:rsid w:val="0029639D"/>
    <w:rsid w:val="002F78D0"/>
    <w:rsid w:val="00326F90"/>
    <w:rsid w:val="00350C60"/>
    <w:rsid w:val="00374EF6"/>
    <w:rsid w:val="003B2301"/>
    <w:rsid w:val="004A1F16"/>
    <w:rsid w:val="00536B3D"/>
    <w:rsid w:val="005F6824"/>
    <w:rsid w:val="00612B94"/>
    <w:rsid w:val="00640B18"/>
    <w:rsid w:val="00662C62"/>
    <w:rsid w:val="007604C2"/>
    <w:rsid w:val="007A230C"/>
    <w:rsid w:val="00AA1D8D"/>
    <w:rsid w:val="00B47730"/>
    <w:rsid w:val="00CB0664"/>
    <w:rsid w:val="00D03A1A"/>
    <w:rsid w:val="00D72BB5"/>
    <w:rsid w:val="00E4351B"/>
    <w:rsid w:val="00F65B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AB7762"/>
  <w14:defaultImageDpi w14:val="300"/>
  <w15:docId w15:val="{DD7AD4EE-7E58-4967-B483-F5B076FC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Eade</cp:lastModifiedBy>
  <cp:revision>13</cp:revision>
  <dcterms:created xsi:type="dcterms:W3CDTF">2025-04-30T06:07:00Z</dcterms:created>
  <dcterms:modified xsi:type="dcterms:W3CDTF">2025-05-02T04:59:00Z</dcterms:modified>
  <cp:category/>
</cp:coreProperties>
</file>