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MAINE-STYLE LOBSTER ROLLS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5 mins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Unknown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#lobster #American #pan-fry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41148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iewm4gt9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4114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'2 large lobsters, steamed and chilled'}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'77g mayonnaise'}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'Zest and juice of 1 lemon'}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'1 tbsp finely sliced chives'}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'1 tbsp finely chopped dill'}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'1 tbsp finely chopped tarragon'}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'Seasoning', 'item': 'Kosher salt and freshly cracked black pepper'}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'4 hot dog buns'}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'4 tbsp unsalted butter, softened'}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'Garnish', 'item': 'Additional chives and lemon zest'}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Crack the lobster shells and remove the meat, keeping it as whole as possible. Set aside on a paper towel to drain. In a medium bowl, whisk together mayonnaise, lemon zest and juice, chives, dill, tarragon, salt, and pepper.</w:t>
            </w: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Cut the lobster into large bite-sized pieces if desired, then add to the mayonnaise mixture and toss to coat evenly. Split the buns with a sharp knife and spread softened butter inside. Place them butter-side down in a cold nonstick pan over medium heat. Toast for about 2 minutes until golden brown.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Stuff the toasted buns with the lobster salad. Garnish with additional chives, lemon zest, and a sprinkle of black pepper before serving.</w:t>
            </w: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4"/>
              </w:rPr>
              <w:t>NOTES: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For humane preparation, consider dispatching live lobsters with a knife before steaming. Look for online tutorials for proper technique.</w:t>
            </w: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