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3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940"/>
      </w:tblGrid>
      <w:tr w:rsidR="000D13C7" w14:paraId="10DE93ED" w14:textId="77777777" w:rsidTr="000D13C7">
        <w:tc>
          <w:tcPr>
            <w:tcW w:w="5395" w:type="dxa"/>
          </w:tcPr>
          <w:p w14:paraId="4ED402AD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/>
                <w:sz w:val="52"/>
              </w:rPr>
              <w:t>CLASSIC EGG DROP SOUP</w:t>
            </w:r>
          </w:p>
          <w:p w14:paraId="3677996A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COOK TIME: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20 mins</w:t>
            </w:r>
          </w:p>
          <w:p w14:paraId="254546EF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SOURCE: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Unknown</w:t>
            </w:r>
          </w:p>
          <w:p w14:paraId="3B2BECBE" w14:textId="547BA1F3" w:rsidR="000D13C7" w:rsidRDefault="000D13C7" w:rsidP="000D13C7">
            <w:pPr>
              <w:rPr>
                <w:rFonts w:ascii="Montserrat" w:hAnsi="Montserrat"/>
                <w:b/>
                <w:sz w:val="52"/>
              </w:rPr>
            </w:pPr>
            <w:r>
              <w:rPr>
                <w:rFonts w:ascii="Montserrat" w:hAnsi="Montserrat"/>
                <w:b w:val="0"/>
                <w:i/>
                <w:caps w:val="0"/>
                <w:sz w:val="18"/>
              </w:rPr>
              <w:t>#egg #asian #soup</w:t>
            </w:r>
          </w:p>
        </w:tc>
        <w:tc>
          <w:tcPr>
            <w:tcW w:w="5940" w:type="dxa"/>
          </w:tcPr>
          <w:p w14:paraId="1F2606C6" w14:textId="05F91B23" w:rsidR="000D13C7" w:rsidRPr="000D13C7" w:rsidRDefault="000D13C7">
            <w:pPr>
              <w:rPr>
                <w:rFonts w:ascii="Montserrat" w:hAnsi="Montserrat"/>
                <w:bCs/>
                <w:sz w:val="20"/>
                <w:szCs w:val="20"/>
              </w:rPr>
            </w:pPr>
            <w:r>
              <w:drawing>
                <wp:inline xmlns:a="http://schemas.openxmlformats.org/drawingml/2006/main" xmlns:pic="http://schemas.openxmlformats.org/drawingml/2006/picture">
                  <wp:extent cx="2743200" cy="4114800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tmpsyolqbgh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41148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D1DCA0" w14:textId="77777777" w:rsidR="005F6824" w:rsidRPr="00640B18" w:rsidRDefault="005F6824">
      <w:pPr>
        <w:rPr>
          <w:rFonts w:ascii="Montserrat" w:hAnsi="Montserrat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20"/>
        <w:gridCol w:w="6312"/>
      </w:tblGrid>
      <w:tr w:rsidR="005F6824" w:rsidRPr="00640B18" w14:paraId="4BF259EE" w14:textId="77777777" w:rsidTr="00D03A1A">
        <w:tc>
          <w:tcPr>
            <w:tcW w:w="4320" w:type="dxa"/>
          </w:tcPr>
          <w:p w14:paraId="4E43035E" w14:textId="77777777" w:rsidR="002F78D0" w:rsidRDefault="002F78D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/>
                <w:bCs/>
                <w:sz w:val="24"/>
                <w:szCs w:val="24"/>
              </w:rPr>
              <w:t>INGREDIENTS</w:t>
            </w:r>
          </w:p>
          <w:p w14:paraId="18099FAC" w14:textId="03A4399E" w:rsidR="005F6824" w:rsidRPr="00640B18" w:rsidRDefault="0000000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'1L chicken stock'}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'2 large eggs, whisked'}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'Seasoning', 'item': '2 star anise'}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'Seasoning', 'item': '1 tsp coriander seeds'}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'Thickener', 'item': '2 tbsp cornstarch'}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'Thickener', 'item': '60ml water'}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'Sauce', 'item': '2 tbsp soy sauce'}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'Sauce', 'item': '1 tsp sesame oil'}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'Garnish', 'item': '2 tbsp chopped green onion'}</w:t>
              <w:br/>
            </w:r>
          </w:p>
        </w:tc>
        <w:tc>
          <w:tcPr>
            <w:tcW w:w="6312" w:type="dxa"/>
          </w:tcPr>
          <w:p w14:paraId="0EE39ADD" w14:textId="77777777" w:rsidR="003B2301" w:rsidRDefault="00000000">
            <w:pPr>
              <w:rPr>
                <w:rFonts w:ascii="Montserrat" w:hAnsi="Montserrat"/>
                <w:b/>
                <w:bCs/>
              </w:rPr>
            </w:pPr>
            <w:r w:rsidRPr="00640B18">
              <w:rPr>
                <w:rFonts w:ascii="Montserrat" w:hAnsi="Montserrat"/>
                <w:b/>
                <w:bCs/>
              </w:rPr>
              <w:t>PREP</w:t>
            </w:r>
          </w:p>
          <w:p w14:paraId="26D311DC" w14:textId="1A858247" w:rsidR="003B2301" w:rsidRDefault="00000000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Whisk the eggs in a small bowl until smooth. In another bowl, mix the cornstarch with water to create a slurry. Place the star anise and coriander seeds in a piece of cheesecloth and tie it securely.</w:t>
            </w:r>
          </w:p>
          <w:p w14:paraId="082413E8" w14:textId="6B1C5A42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COOK</w:t>
            </w:r>
          </w:p>
          <w:p w14:paraId="4B93E945" w14:textId="67717F0D" w:rsidR="003B2301" w:rsidRDefault="00000000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In a medium saucepan, bring the chicken stock to a boil over medium-high heat. Reduce to a simmer and add the cheesecloth with spices. Let it simmer for 10 minutes, then remove the spices. Stir in the cornstarch slurry and simmer until slightly thickened, about 1-2 minutes. While stirring the broth continuously, slowly drizzle in the whisked eggs to form ribbons. Turn off the heat and let the soup sit for 2 minutes to ensure the eggs are cooked through. Stir in the soy sauce and sesame oil.</w:t>
            </w:r>
          </w:p>
          <w:p w14:paraId="34B812B9" w14:textId="77777777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PLATING</w:t>
            </w:r>
          </w:p>
          <w:p w14:paraId="464766EB" w14:textId="03CB98F8" w:rsidR="005F6824" w:rsidRDefault="00000000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Ladle the soup into bowls and garnish with chopped green onion before serving.</w:t>
            </w:r>
          </w:p>
          <w:p w14:paraId="443F5024" w14:textId="446E03C8" w:rsidR="003B2301" w:rsidRPr="00640B18" w:rsidRDefault="003B2301">
            <w:pPr>
              <w:rPr>
                <w:rFonts w:ascii="Montserrat" w:hAnsi="Montserrat"/>
              </w:rPr>
            </w:pPr>
          </w:p>
        </w:tc>
      </w:tr>
    </w:tbl>
    <w:p w14:paraId="2B70EC09" w14:textId="77777777" w:rsidR="005F6824" w:rsidRPr="00640B18" w:rsidRDefault="005F6824">
      <w:pPr>
        <w:rPr>
          <w:rFonts w:ascii="Montserrat" w:hAnsi="Montserrat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0A7673" w14:paraId="50582224" w14:textId="77777777" w:rsidTr="000A7673">
        <w:tc>
          <w:tcPr>
            <w:tcW w:w="10790" w:type="dxa"/>
          </w:tcPr>
          <w:p w14:paraId="78A440D5" w14:textId="15B8E08A" w:rsidR="000A7673" w:rsidRDefault="000A7673" w:rsidP="000A7673">
            <w:pPr>
              <w:rPr>
                <w:rFonts w:ascii="Montserrat" w:hAnsi="Montserrat"/>
                <w:b/>
                <w:sz w:val="24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4"/>
              </w:rPr>
              <w:t>NOTES: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For a more intense flavour, adjust the amount of soy sauce to taste. Serve immediately for the best texture.</w:t>
            </w:r>
          </w:p>
        </w:tc>
      </w:tr>
    </w:tbl>
    <w:p w14:paraId="728D7119" w14:textId="77777777" w:rsidR="000A7673" w:rsidRPr="00D72BB5" w:rsidRDefault="000A7673">
      <w:pPr>
        <w:rPr>
          <w:rFonts w:ascii="Montserrat" w:hAnsi="Montserrat"/>
          <w:b/>
          <w:sz w:val="24"/>
        </w:rPr>
      </w:pPr>
    </w:p>
    <w:sectPr w:rsidR="000A7673" w:rsidRPr="00D72BB5" w:rsidSect="002F78D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02621450">
    <w:abstractNumId w:val="8"/>
  </w:num>
  <w:num w:numId="2" w16cid:durableId="1835489650">
    <w:abstractNumId w:val="6"/>
  </w:num>
  <w:num w:numId="3" w16cid:durableId="433062874">
    <w:abstractNumId w:val="5"/>
  </w:num>
  <w:num w:numId="4" w16cid:durableId="1119641605">
    <w:abstractNumId w:val="4"/>
  </w:num>
  <w:num w:numId="5" w16cid:durableId="118232946">
    <w:abstractNumId w:val="7"/>
  </w:num>
  <w:num w:numId="6" w16cid:durableId="4866948">
    <w:abstractNumId w:val="3"/>
  </w:num>
  <w:num w:numId="7" w16cid:durableId="93982235">
    <w:abstractNumId w:val="2"/>
  </w:num>
  <w:num w:numId="8" w16cid:durableId="150996780">
    <w:abstractNumId w:val="1"/>
  </w:num>
  <w:num w:numId="9" w16cid:durableId="696737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A09B4"/>
    <w:rsid w:val="000A7673"/>
    <w:rsid w:val="000D13C7"/>
    <w:rsid w:val="0015074B"/>
    <w:rsid w:val="0029639D"/>
    <w:rsid w:val="002F78D0"/>
    <w:rsid w:val="00326F90"/>
    <w:rsid w:val="00350C60"/>
    <w:rsid w:val="00374EF6"/>
    <w:rsid w:val="003B2301"/>
    <w:rsid w:val="004A1F16"/>
    <w:rsid w:val="00536B3D"/>
    <w:rsid w:val="005F6824"/>
    <w:rsid w:val="00612B94"/>
    <w:rsid w:val="00640B18"/>
    <w:rsid w:val="00662C62"/>
    <w:rsid w:val="007604C2"/>
    <w:rsid w:val="007A230C"/>
    <w:rsid w:val="00AA1D8D"/>
    <w:rsid w:val="00B47730"/>
    <w:rsid w:val="00CB0664"/>
    <w:rsid w:val="00D03A1A"/>
    <w:rsid w:val="00D72BB5"/>
    <w:rsid w:val="00E4351B"/>
    <w:rsid w:val="00F65BA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DAB7762"/>
  <w14:defaultImageDpi w14:val="300"/>
  <w15:docId w15:val="{DD7AD4EE-7E58-4967-B483-F5B076FCC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Chris Eade</cp:lastModifiedBy>
  <cp:revision>13</cp:revision>
  <dcterms:created xsi:type="dcterms:W3CDTF">2025-04-30T06:07:00Z</dcterms:created>
  <dcterms:modified xsi:type="dcterms:W3CDTF">2025-05-02T04:59:00Z</dcterms:modified>
  <cp:category/>
</cp:coreProperties>
</file>