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HAZELNUT RUSSIAN TEA CAKES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10-12 mins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Unknown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#cookies #Russian #bake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41148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om0px7nu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41148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'224g unsalted butter, softened'}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'150g powdered sugar, plus more for coating'}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'5ml pure vanilla extract'}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'338g unbleached all-purpose flour'}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'12g fine sea salt'}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{'group': 'Main', 'item': '97g finely chopped raw hazelnuts'}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Preheat the oven to 200°C (400°F (200°C)) and line a baking sheet with parchment paper. In a large bowl, use a handheld mixer to beat together the softened butter, 150g powdered sugar, and vanilla extract until light and creamy, about 1-2 minutes. In a separate bowl, whisk together the all-purpose flour and sea salt.</w:t>
            </w: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Gradually stir the flour mixture into the butter mixture using a wooden spoon until a homogeneous dough forms. Fold in the chopped hazelnuts. Roll the dough into 2.5cm balls and place them on the prepared baking sheet, spaced 2.5cm apart. Bake for 10-12 minutes, or until the cookies are just set.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While the cookies are still warm but cool enough to handle, roll each one in additional powdered sugar. Place the coated cookies on a wire rack to cool completely. Optionally, sprinkle more powdered sugar over the top before serving.</w:t>
            </w: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4"/>
              </w:rPr>
              <w:t>NOTES: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Store any leftovers in an airtight container at room temperature for up to 4 days.</w:t>
            </w: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