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CHICKEN AND CHORIZO SLOW-COOKED ORZO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3 hours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Unknown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#chicken #Mediterranean #slow-cook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41148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hyn9l1ji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4114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'6 skinless, boneless chicken thighs'}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'150g cooking chorizo, skin removed and roughly chopped'}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'Sauce', 'item': '2 tbsp tomato purée'}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'Sauce', 'item': '300ml hot chicken stock'}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'Sauce', 'item': '100ml double cream'}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'Sauce', 'item': '2 garlic cloves, grated or crushed'}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'250g orzo pasta'}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'Garnish', 'item': '2 large handfuls of baby spinach'}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'Garnish', 'item': 'Handful of flat-leaf parsley, leaves chopped'}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'Garnish', 'item': 'Squeeze of lemon juice'}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'Seasoning', 'item': 'Salt and black pepper'}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Prepare the chicken by dicing it into bite-sized pieces. Roughly chop the chorizo and grate or crush the garlic cloves.</w:t>
            </w: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In the slow cooker, combine the chicken, chorizo, tomato purée, chicken stock, double cream, and garlic. Season with salt and pepper. Cover and cook on high for 3 hours or on low for 6 hours. Add the orzo and continue cooking for an additional 30-40 minutes on high or 1 hour on low, until the pasta is tender.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Stir in the spinach, parsley, and a squeeze of lemon juice. Adjust seasoning to taste and serve hot.</w:t>
            </w: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4"/>
              </w:rPr>
              <w:t>NOTES: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For extra flavour, fry additional chorizo until crispy and serve on top. You can also add chilli flakes for a spicy kick.</w:t>
            </w: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