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SLOW-COOKED BUFFALO CHICKEN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4 hours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Unknown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#chicken #American #slow-cook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41148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bjg3jci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41148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'Main', 'item': '3 skinless, boneless chicken breasts'}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'Sauce', 'item': "148ml Frank's Hot Sauce"}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onion salt'}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tsp garlic granules'}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{'group': 'Seasoning', 'item': '1 tbsp light brown soft sugar'}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Place the chicken breasts in the slow cooker. Add Frank's Hot Sauce, onion salt, garlic granules, and light brown sugar. Mix everything together until the chicken is well coated.</w:t>
            </w: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Cover the slow cooker with the lid and cook on high for 4 hours or on low for 7-8 hours. Once cooked, use kitchen tongs or two forks to shred the chicken into bite-sized pieces.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Serve the shredded buffalo chicken in brioche rolls with coleslaw, or use it as a topping for nachos, fries, or baked potatoes. For a cheesy twist, add cream cheese or top with melted cheese.</w:t>
            </w: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4"/>
              </w:rPr>
              <w:t>NOTES: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This buffalo chicken is versatile and can be used in sandwiches, wraps, or as a dip. For a quick baked potato, microwave then air fry or bake in the oven.</w:t>
            </w: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