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CREAMY SLOW-COOKED DAUPHINOISE POTATOES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3 hrs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Unknown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#potatoes #French #slow-cook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41148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ja8f9imh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41148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'1.5kg King Edward potatoes, peeled and cut into 5mm slices'}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'6 garlic cloves, sliced'}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'600ml double cream'}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'2 thyme sprigs, leaves picked'}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'Topping', 'item': 'handful of grated extra-mature cheddar (optional)'}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'Seasoning', 'item': 'sea-salt flakes and black pepper'}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Peel and slice the King Edward potatoes into 5mm slices. Slice the garlic cloves and pick the thyme leaves.</w:t>
            </w: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Place the potato slices, garlic, double cream, thyme leaves, sea-salt flakes, and black pepper into the slow cooker. Mix well to ensure the potatoes are coated in cream. Flatten the potato slices, cover, and cook on high for 3 hours or on low for 6 hours until tender and the cream has thickened. For a crispy top, sprinkle grated cheddar over the potatoes and grill in an oven-safe slow cooker on medium heat for 5-10 mins until golden and bubbling.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Serve the dauphinoise potatoes hot, directly from the slow cooker or transfer to a serving dish.</w:t>
            </w: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4"/>
              </w:rPr>
              <w:t>NOTES: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These potatoes pair well with pork chops, bacon-wrapped chicken, or any hearty main dish.</w:t>
            </w: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