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MORTADELLA AND MOZZARELLA FRITTATA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10 mins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Unknown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#egg #Italian #bake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1828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paz5obay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828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'6 eggs'}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'125g mortadella, chopped'}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'125g fresh mozzarella cheese, chopped'}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'1 tbsp chopped parsley, plus extra for sprinkling'}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'1 tbsp freshly grated Parmesan cheese'}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'sea salt flakes and pepper, to taste'}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'Cooking', 'item': '15g butter'}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'Cooking', 'item': 'a drop of garlic oil'}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Preheat the grill. In a large bowl, beat the eggs thoroughly. Add the chopped mortadella and mozzarella, then whisk in the parsley, Parmesan, salt, and pepper.</w:t>
            </w: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Heat the butter and garlic oil in a 25cm ovenproof frying pan over medium heat. Once the butter is foamy, pour in the egg mixture. Cook gently for about 5 minutes until the bottom is set and golden. Transfer the pan to the grill and cook until the top is set, watching closely to avoid burning.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Let the frittata rest for a couple of minutes. Run a knife around the edge to loosen, then slide it onto a serving plate. Cut into 8 wedges, sprinkle with extra parsley, and serve with green beans or a fresh salad.</w:t>
            </w: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4"/>
              </w:rPr>
              <w:t>NOTES: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Leftovers should be cooled and refrigerated promptly, and consumed within 1-2 days. Consider using leftover frittata in a sandwich for a quick meal.</w:t>
            </w: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